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30"/>
      </w:tblGrid>
      <w:tr w:rsidR="00C77F4F" w:rsidRPr="00CF687B" w14:paraId="34B84444" w14:textId="77777777">
        <w:trPr>
          <w:gridAfter w:val="1"/>
          <w:wAfter w:w="30" w:type="dxa"/>
          <w:cantSplit/>
          <w:jc w:val="center"/>
        </w:trPr>
        <w:tc>
          <w:tcPr>
            <w:tcW w:w="53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6CB4F74" w14:textId="77777777" w:rsidR="00C77F4F" w:rsidRDefault="00A85FE3">
            <w:r>
              <w:rPr>
                <w:noProof/>
              </w:rPr>
              <w:drawing>
                <wp:inline distT="0" distB="0" distL="0" distR="0" wp14:anchorId="1A75CE31" wp14:editId="3473F9B4">
                  <wp:extent cx="1444752" cy="8245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sa de trabajo 2 copia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752" cy="824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20B401DD" w14:textId="77777777" w:rsidR="00C77F4F" w:rsidRPr="00377B42" w:rsidRDefault="00A85FE3">
            <w:pPr>
              <w:jc w:val="right"/>
              <w:rPr>
                <w:lang w:val="es-PE"/>
              </w:rPr>
            </w:pPr>
            <w:r w:rsidRPr="00377B42">
              <w:rPr>
                <w:b/>
                <w:color w:val="24323D"/>
                <w:sz w:val="30"/>
                <w:lang w:val="es-PE"/>
              </w:rPr>
              <w:t>REGISTRO DE QUEJAS Y APELACIONES</w:t>
            </w:r>
          </w:p>
        </w:tc>
      </w:tr>
      <w:tr w:rsidR="00C77F4F" w:rsidRPr="00CF687B" w14:paraId="2395679B" w14:textId="77777777">
        <w:trPr>
          <w:gridAfter w:val="1"/>
          <w:wAfter w:w="30" w:type="dxa"/>
          <w:cantSplit/>
          <w:jc w:val="center"/>
        </w:trPr>
        <w:tc>
          <w:tcPr>
            <w:tcW w:w="5328" w:type="dxa"/>
            <w:vMerge/>
          </w:tcPr>
          <w:p w14:paraId="1C1FBB66" w14:textId="77777777" w:rsidR="00C77F4F" w:rsidRPr="00377B42" w:rsidRDefault="00C77F4F">
            <w:pPr>
              <w:rPr>
                <w:lang w:val="es-PE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0864F19A" w14:textId="5B960D2D" w:rsidR="00C77F4F" w:rsidRPr="00CF687B" w:rsidRDefault="00CF687B">
            <w:pPr>
              <w:jc w:val="right"/>
              <w:rPr>
                <w:lang w:val="es-PE"/>
              </w:rPr>
            </w:pPr>
            <w:r>
              <w:rPr>
                <w:color w:val="7A858D"/>
                <w:sz w:val="16"/>
                <w:lang w:val="es-PE"/>
              </w:rPr>
              <w:t>SQA-GI-</w:t>
            </w:r>
            <w:proofErr w:type="gramStart"/>
            <w:r>
              <w:rPr>
                <w:color w:val="7A858D"/>
                <w:sz w:val="16"/>
                <w:lang w:val="es-PE"/>
              </w:rPr>
              <w:t>2026</w:t>
            </w:r>
            <w:r w:rsidR="00A85FE3" w:rsidRPr="00377B42">
              <w:rPr>
                <w:color w:val="7A858D"/>
                <w:sz w:val="16"/>
                <w:lang w:val="es-PE"/>
              </w:rPr>
              <w:t xml:space="preserve">  </w:t>
            </w:r>
            <w:r w:rsidR="00A85FE3" w:rsidRPr="00CF687B">
              <w:rPr>
                <w:b/>
                <w:color w:val="297FB8"/>
                <w:sz w:val="16"/>
                <w:lang w:val="es-PE"/>
              </w:rPr>
              <w:t>Versión</w:t>
            </w:r>
            <w:proofErr w:type="gramEnd"/>
            <w:r w:rsidR="00A85FE3" w:rsidRPr="00CF687B">
              <w:rPr>
                <w:b/>
                <w:color w:val="297FB8"/>
                <w:sz w:val="16"/>
                <w:lang w:val="es-PE"/>
              </w:rPr>
              <w:t xml:space="preserve">: </w:t>
            </w:r>
            <w:r w:rsidR="00A85FE3" w:rsidRPr="00CF687B">
              <w:rPr>
                <w:color w:val="24323D"/>
                <w:sz w:val="16"/>
                <w:lang w:val="es-PE"/>
              </w:rPr>
              <w:t>01</w:t>
            </w:r>
            <w:r w:rsidR="00A85FE3" w:rsidRPr="00CF687B">
              <w:rPr>
                <w:color w:val="7A858D"/>
                <w:sz w:val="16"/>
                <w:lang w:val="es-PE"/>
              </w:rPr>
              <w:t xml:space="preserve">   |   </w:t>
            </w:r>
            <w:r w:rsidR="00A85FE3" w:rsidRPr="00CF687B">
              <w:rPr>
                <w:b/>
                <w:color w:val="297FB8"/>
                <w:sz w:val="16"/>
                <w:lang w:val="es-PE"/>
              </w:rPr>
              <w:t xml:space="preserve">Fecha de modificación: </w:t>
            </w:r>
            <w:r w:rsidR="00A85FE3" w:rsidRPr="00CF687B">
              <w:rPr>
                <w:color w:val="24323D"/>
                <w:sz w:val="16"/>
                <w:lang w:val="es-PE"/>
              </w:rPr>
              <w:t>-</w:t>
            </w:r>
          </w:p>
        </w:tc>
      </w:tr>
      <w:tr w:rsidR="00C77F4F" w:rsidRPr="00CF687B" w14:paraId="2360759F" w14:textId="77777777">
        <w:trPr>
          <w:cantSplit/>
          <w:trHeight w:hRule="exact" w:val="80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0F9E84"/>
            <w:tcMar>
              <w:top w:w="18" w:type="dxa"/>
              <w:left w:w="0" w:type="dxa"/>
              <w:bottom w:w="18" w:type="dxa"/>
              <w:right w:w="0" w:type="dxa"/>
            </w:tcMar>
          </w:tcPr>
          <w:p w14:paraId="35B463CD" w14:textId="77777777" w:rsidR="00C77F4F" w:rsidRPr="00CF687B" w:rsidRDefault="00C77F4F">
            <w:pPr>
              <w:rPr>
                <w:lang w:val="es-PE"/>
              </w:rPr>
            </w:pP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97FB8"/>
            <w:tcMar>
              <w:top w:w="18" w:type="dxa"/>
              <w:left w:w="0" w:type="dxa"/>
              <w:bottom w:w="18" w:type="dxa"/>
              <w:right w:w="0" w:type="dxa"/>
            </w:tcMar>
          </w:tcPr>
          <w:p w14:paraId="646575AE" w14:textId="77777777" w:rsidR="00C77F4F" w:rsidRPr="00CF687B" w:rsidRDefault="00C77F4F">
            <w:pPr>
              <w:rPr>
                <w:lang w:val="es-PE"/>
              </w:rPr>
            </w:pPr>
          </w:p>
        </w:tc>
      </w:tr>
    </w:tbl>
    <w:p w14:paraId="468D0D55" w14:textId="3BCF25BF" w:rsidR="00C77F4F" w:rsidRDefault="00A85FE3">
      <w:pPr>
        <w:spacing w:before="60" w:after="60"/>
      </w:pPr>
      <w:r>
        <w:rPr>
          <w:b/>
          <w:color w:val="24323D"/>
        </w:rPr>
        <w:t xml:space="preserve">FECHA:  </w:t>
      </w:r>
      <w:proofErr w:type="spellStart"/>
      <w:r>
        <w:rPr>
          <w:i/>
          <w:color w:val="7A858D"/>
        </w:rPr>
        <w:t>Ingrese</w:t>
      </w:r>
      <w:proofErr w:type="spellEnd"/>
      <w:r>
        <w:rPr>
          <w:i/>
          <w:color w:val="7A858D"/>
        </w:rPr>
        <w:t xml:space="preserve"> la </w:t>
      </w:r>
      <w:proofErr w:type="spellStart"/>
      <w:r>
        <w:rPr>
          <w:i/>
          <w:color w:val="7A858D"/>
        </w:rPr>
        <w:t>fecha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77F4F" w14:paraId="6BEA5A94" w14:textId="77777777">
        <w:trPr>
          <w:cantSplit/>
          <w:jc w:val="center"/>
        </w:trPr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0F9E8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5550A" w14:textId="77777777" w:rsidR="00C77F4F" w:rsidRDefault="00A85FE3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AF7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C2E55" w14:textId="77777777" w:rsidR="00C77F4F" w:rsidRDefault="00A85FE3">
            <w:r>
              <w:rPr>
                <w:b/>
                <w:color w:val="24323D"/>
              </w:rPr>
              <w:t>INFORMACIÓN DEL SOLICITANTE</w:t>
            </w:r>
          </w:p>
        </w:tc>
      </w:tr>
    </w:tbl>
    <w:p w14:paraId="18A1C898" w14:textId="77777777" w:rsidR="00C77F4F" w:rsidRDefault="00C77F4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1012"/>
        <w:gridCol w:w="3974"/>
      </w:tblGrid>
      <w:tr w:rsidR="00C77F4F" w14:paraId="6AFD0612" w14:textId="77777777" w:rsidTr="00A85FE3">
        <w:trPr>
          <w:cantSplit/>
          <w:jc w:val="center"/>
        </w:trPr>
        <w:tc>
          <w:tcPr>
            <w:tcW w:w="226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92731" w14:textId="77777777" w:rsidR="00C77F4F" w:rsidRDefault="00A85FE3">
            <w:r>
              <w:rPr>
                <w:b/>
                <w:color w:val="24323D"/>
                <w:sz w:val="17"/>
              </w:rPr>
              <w:t>NOMBRES:</w:t>
            </w:r>
          </w:p>
        </w:tc>
        <w:tc>
          <w:tcPr>
            <w:tcW w:w="8388" w:type="dxa"/>
            <w:gridSpan w:val="3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15094" w14:textId="77777777" w:rsidR="00C77F4F" w:rsidRDefault="00A85FE3">
            <w:r>
              <w:rPr>
                <w:i/>
                <w:color w:val="7A858D"/>
                <w:sz w:val="17"/>
              </w:rPr>
              <w:t>Ingrese sus nombres</w:t>
            </w:r>
          </w:p>
        </w:tc>
      </w:tr>
      <w:tr w:rsidR="00C77F4F" w14:paraId="5C8F7A2E" w14:textId="77777777" w:rsidTr="00A85FE3">
        <w:trPr>
          <w:cantSplit/>
          <w:jc w:val="center"/>
        </w:trPr>
        <w:tc>
          <w:tcPr>
            <w:tcW w:w="226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EC53F" w14:textId="77777777" w:rsidR="00C77F4F" w:rsidRDefault="00A85FE3">
            <w:r>
              <w:rPr>
                <w:b/>
                <w:color w:val="24323D"/>
                <w:sz w:val="17"/>
              </w:rPr>
              <w:t>APELLIDOS:</w:t>
            </w:r>
          </w:p>
        </w:tc>
        <w:tc>
          <w:tcPr>
            <w:tcW w:w="8388" w:type="dxa"/>
            <w:gridSpan w:val="3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1BA29" w14:textId="77777777" w:rsidR="00C77F4F" w:rsidRDefault="00A85FE3">
            <w:r>
              <w:rPr>
                <w:i/>
                <w:color w:val="7A858D"/>
                <w:sz w:val="17"/>
              </w:rPr>
              <w:t>Ingrese sus apellidos</w:t>
            </w:r>
          </w:p>
        </w:tc>
      </w:tr>
      <w:tr w:rsidR="00A85FE3" w14:paraId="781D3815" w14:textId="77777777" w:rsidTr="00377B42">
        <w:trPr>
          <w:cantSplit/>
          <w:trHeight w:val="337"/>
          <w:jc w:val="center"/>
        </w:trPr>
        <w:tc>
          <w:tcPr>
            <w:tcW w:w="226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F14E6" w14:textId="77777777" w:rsidR="00A85FE3" w:rsidRDefault="00A85FE3" w:rsidP="00A85FE3">
            <w:r>
              <w:rPr>
                <w:b/>
                <w:color w:val="24323D"/>
                <w:sz w:val="17"/>
              </w:rPr>
              <w:t>TIPO DE DOCUMENTO:</w:t>
            </w:r>
          </w:p>
        </w:tc>
        <w:tc>
          <w:tcPr>
            <w:tcW w:w="340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17B64" w14:textId="5D0ABBD8" w:rsidR="00A85FE3" w:rsidRDefault="00A85FE3" w:rsidP="00A85FE3">
            <w:r w:rsidRPr="00755E52">
              <w:rPr>
                <w:rFonts w:eastAsiaTheme="minorHAnsi"/>
                <w:b/>
              </w:rPr>
              <w:object w:dxaOrig="225" w:dyaOrig="225" w14:anchorId="35A887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41.25pt;height:21pt" o:ole="">
                  <v:imagedata r:id="rId9" o:title=""/>
                </v:shape>
                <w:control r:id="rId10" w:name="OptionButton1" w:shapeid="_x0000_i1031"/>
              </w:object>
            </w:r>
            <w:r w:rsidRPr="00755E52">
              <w:rPr>
                <w:rFonts w:eastAsiaTheme="minorHAnsi"/>
                <w:b/>
              </w:rPr>
              <w:object w:dxaOrig="225" w:dyaOrig="225" w14:anchorId="1D560192">
                <v:shape id="_x0000_i1033" type="#_x0000_t75" style="width:37.5pt;height:21pt" o:ole="">
                  <v:imagedata r:id="rId11" o:title=""/>
                </v:shape>
                <w:control r:id="rId12" w:name="OptionButton2" w:shapeid="_x0000_i1033"/>
              </w:object>
            </w:r>
            <w:r w:rsidRPr="00A85FE3">
              <w:rPr>
                <w:rFonts w:eastAsiaTheme="minorHAnsi"/>
                <w:b/>
                <w:sz w:val="12"/>
                <w:szCs w:val="16"/>
              </w:rPr>
              <w:object w:dxaOrig="225" w:dyaOrig="225" w14:anchorId="0786F112">
                <v:shape id="_x0000_i1035" type="#_x0000_t75" style="width:74.25pt;height:21pt" o:ole="">
                  <v:imagedata r:id="rId13" o:title=""/>
                </v:shape>
                <w:control r:id="rId14" w:name="OptionButton3" w:shapeid="_x0000_i1035"/>
              </w:object>
            </w:r>
          </w:p>
        </w:tc>
        <w:tc>
          <w:tcPr>
            <w:tcW w:w="101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7A23E" w14:textId="77777777" w:rsidR="00A85FE3" w:rsidRDefault="00A85FE3" w:rsidP="00A85FE3">
            <w:pPr>
              <w:jc w:val="center"/>
            </w:pPr>
            <w:r>
              <w:rPr>
                <w:b/>
                <w:color w:val="24323D"/>
                <w:sz w:val="17"/>
              </w:rPr>
              <w:t>NRO.:</w:t>
            </w:r>
          </w:p>
        </w:tc>
        <w:tc>
          <w:tcPr>
            <w:tcW w:w="397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7E231" w14:textId="77777777" w:rsidR="00A85FE3" w:rsidRDefault="00A85FE3" w:rsidP="00A85FE3">
            <w:proofErr w:type="gramStart"/>
            <w:r>
              <w:rPr>
                <w:i/>
                <w:color w:val="7A858D"/>
                <w:sz w:val="17"/>
              </w:rPr>
              <w:t>N.º</w:t>
            </w:r>
            <w:proofErr w:type="gramEnd"/>
            <w:r>
              <w:rPr>
                <w:i/>
                <w:color w:val="7A858D"/>
                <w:sz w:val="17"/>
              </w:rPr>
              <w:t xml:space="preserve"> de documento</w:t>
            </w:r>
          </w:p>
        </w:tc>
      </w:tr>
      <w:tr w:rsidR="00C77F4F" w14:paraId="3D38F0C1" w14:textId="77777777" w:rsidTr="00A85FE3">
        <w:trPr>
          <w:cantSplit/>
          <w:jc w:val="center"/>
        </w:trPr>
        <w:tc>
          <w:tcPr>
            <w:tcW w:w="226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D6602" w14:textId="77777777" w:rsidR="00C77F4F" w:rsidRDefault="00A85FE3">
            <w:r>
              <w:rPr>
                <w:b/>
                <w:color w:val="24323D"/>
                <w:sz w:val="17"/>
              </w:rPr>
              <w:t>TELÉFONO:</w:t>
            </w:r>
          </w:p>
        </w:tc>
        <w:tc>
          <w:tcPr>
            <w:tcW w:w="8388" w:type="dxa"/>
            <w:gridSpan w:val="3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F0F3F" w14:textId="77777777" w:rsidR="00C77F4F" w:rsidRDefault="00A85FE3">
            <w:r>
              <w:rPr>
                <w:i/>
                <w:color w:val="7A858D"/>
                <w:sz w:val="17"/>
              </w:rPr>
              <w:t>Ingrese su número telefónico</w:t>
            </w:r>
          </w:p>
        </w:tc>
      </w:tr>
      <w:tr w:rsidR="00C77F4F" w14:paraId="3AD19A51" w14:textId="77777777" w:rsidTr="00A85FE3">
        <w:trPr>
          <w:cantSplit/>
          <w:jc w:val="center"/>
        </w:trPr>
        <w:tc>
          <w:tcPr>
            <w:tcW w:w="226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8E22C" w14:textId="77777777" w:rsidR="00C77F4F" w:rsidRDefault="00A85FE3">
            <w:r>
              <w:rPr>
                <w:b/>
                <w:color w:val="24323D"/>
                <w:sz w:val="17"/>
              </w:rPr>
              <w:t>CORREO ELECTRÓNICO:</w:t>
            </w:r>
          </w:p>
        </w:tc>
        <w:tc>
          <w:tcPr>
            <w:tcW w:w="8388" w:type="dxa"/>
            <w:gridSpan w:val="3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98574" w14:textId="77777777" w:rsidR="00C77F4F" w:rsidRDefault="00A85FE3">
            <w:r>
              <w:rPr>
                <w:i/>
                <w:color w:val="7A858D"/>
                <w:sz w:val="17"/>
              </w:rPr>
              <w:t>Ingrese su correo electrónico</w:t>
            </w:r>
          </w:p>
        </w:tc>
      </w:tr>
    </w:tbl>
    <w:p w14:paraId="1619F3D7" w14:textId="77777777" w:rsidR="00C77F4F" w:rsidRDefault="00C77F4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77F4F" w:rsidRPr="00CF687B" w14:paraId="35D72473" w14:textId="77777777">
        <w:trPr>
          <w:cantSplit/>
          <w:jc w:val="center"/>
        </w:trPr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0F9E8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C2D7C" w14:textId="77777777" w:rsidR="00C77F4F" w:rsidRDefault="00A85FE3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AF7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9D898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b/>
                <w:color w:val="24323D"/>
                <w:lang w:val="es-PE"/>
              </w:rPr>
              <w:t>DETALLE DE LA QUEJA O APELACIÓN</w:t>
            </w:r>
          </w:p>
        </w:tc>
      </w:tr>
    </w:tbl>
    <w:p w14:paraId="199E128B" w14:textId="77777777" w:rsidR="00C77F4F" w:rsidRPr="00377B42" w:rsidRDefault="00C77F4F">
      <w:pPr>
        <w:spacing w:after="20"/>
        <w:rPr>
          <w:lang w:val="es-P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7848"/>
      </w:tblGrid>
      <w:tr w:rsidR="00C77F4F" w14:paraId="2430FD3C" w14:textId="77777777" w:rsidTr="00377B42">
        <w:trPr>
          <w:cantSplit/>
          <w:trHeight w:val="201"/>
          <w:jc w:val="center"/>
        </w:trPr>
        <w:tc>
          <w:tcPr>
            <w:tcW w:w="280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A0BE7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TIPO DE SOLICITUD:</w:t>
            </w:r>
          </w:p>
        </w:tc>
        <w:tc>
          <w:tcPr>
            <w:tcW w:w="784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7799B" w14:textId="77777777" w:rsidR="00C77F4F" w:rsidRDefault="00A85FE3">
            <w:r>
              <w:rPr>
                <w:i/>
                <w:color w:val="7A858D"/>
                <w:sz w:val="16"/>
              </w:rPr>
              <w:t>Seleccione: Queja / Apelación</w:t>
            </w:r>
          </w:p>
        </w:tc>
      </w:tr>
      <w:tr w:rsidR="00C77F4F" w:rsidRPr="00CF687B" w14:paraId="2034491B" w14:textId="77777777" w:rsidTr="00377B42">
        <w:trPr>
          <w:cantSplit/>
          <w:trHeight w:val="391"/>
          <w:jc w:val="center"/>
        </w:trPr>
        <w:tc>
          <w:tcPr>
            <w:tcW w:w="280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FBD0B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DESCRIPCIÓN DE LOS HECHOS:</w:t>
            </w:r>
          </w:p>
        </w:tc>
        <w:tc>
          <w:tcPr>
            <w:tcW w:w="784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40519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Describa de manera clara los hechos relacionados con la solicitud.</w:t>
            </w:r>
          </w:p>
        </w:tc>
      </w:tr>
      <w:tr w:rsidR="00C77F4F" w:rsidRPr="00CF687B" w14:paraId="22E67466" w14:textId="77777777" w:rsidTr="00377B42">
        <w:trPr>
          <w:cantSplit/>
          <w:trHeight w:val="385"/>
          <w:jc w:val="center"/>
        </w:trPr>
        <w:tc>
          <w:tcPr>
            <w:tcW w:w="280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54D0E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PERSONAS INVOLUCRADAS (</w:t>
            </w:r>
            <w:proofErr w:type="spellStart"/>
            <w:r w:rsidRPr="00A85FE3">
              <w:rPr>
                <w:b/>
                <w:color w:val="24323D"/>
                <w:sz w:val="17"/>
                <w:szCs w:val="17"/>
              </w:rPr>
              <w:t>si</w:t>
            </w:r>
            <w:proofErr w:type="spellEnd"/>
            <w:r w:rsidRPr="00A85FE3">
              <w:rPr>
                <w:b/>
                <w:color w:val="24323D"/>
                <w:sz w:val="17"/>
                <w:szCs w:val="17"/>
              </w:rPr>
              <w:t xml:space="preserve"> </w:t>
            </w:r>
            <w:proofErr w:type="spellStart"/>
            <w:r w:rsidRPr="00A85FE3">
              <w:rPr>
                <w:b/>
                <w:color w:val="24323D"/>
                <w:sz w:val="17"/>
                <w:szCs w:val="17"/>
              </w:rPr>
              <w:t>aplica</w:t>
            </w:r>
            <w:proofErr w:type="spellEnd"/>
            <w:r w:rsidRPr="00A85FE3">
              <w:rPr>
                <w:b/>
                <w:color w:val="24323D"/>
                <w:sz w:val="17"/>
                <w:szCs w:val="17"/>
              </w:rPr>
              <w:t>):</w:t>
            </w:r>
          </w:p>
        </w:tc>
        <w:tc>
          <w:tcPr>
            <w:tcW w:w="784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9C70F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Indique los nombres de las personas involucradas, de corresponder.</w:t>
            </w:r>
          </w:p>
        </w:tc>
      </w:tr>
      <w:tr w:rsidR="00C77F4F" w:rsidRPr="00CF687B" w14:paraId="691C5CA3" w14:textId="77777777" w:rsidTr="00377B42">
        <w:trPr>
          <w:cantSplit/>
          <w:trHeight w:val="365"/>
          <w:jc w:val="center"/>
        </w:trPr>
        <w:tc>
          <w:tcPr>
            <w:tcW w:w="280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C40BF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DOCUMENTACIÓN ADJUNTA (</w:t>
            </w:r>
            <w:proofErr w:type="spellStart"/>
            <w:r w:rsidRPr="00A85FE3">
              <w:rPr>
                <w:b/>
                <w:color w:val="24323D"/>
                <w:sz w:val="17"/>
                <w:szCs w:val="17"/>
              </w:rPr>
              <w:t>si</w:t>
            </w:r>
            <w:proofErr w:type="spellEnd"/>
            <w:r w:rsidRPr="00A85FE3">
              <w:rPr>
                <w:b/>
                <w:color w:val="24323D"/>
                <w:sz w:val="17"/>
                <w:szCs w:val="17"/>
              </w:rPr>
              <w:t xml:space="preserve"> </w:t>
            </w:r>
            <w:proofErr w:type="spellStart"/>
            <w:r w:rsidRPr="00A85FE3">
              <w:rPr>
                <w:b/>
                <w:color w:val="24323D"/>
                <w:sz w:val="17"/>
                <w:szCs w:val="17"/>
              </w:rPr>
              <w:t>aplica</w:t>
            </w:r>
            <w:proofErr w:type="spellEnd"/>
            <w:r w:rsidRPr="00A85FE3">
              <w:rPr>
                <w:b/>
                <w:color w:val="24323D"/>
                <w:sz w:val="17"/>
                <w:szCs w:val="17"/>
              </w:rPr>
              <w:t>):</w:t>
            </w:r>
          </w:p>
        </w:tc>
        <w:tc>
          <w:tcPr>
            <w:tcW w:w="7848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CDB78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Indique los documentos que se adjuntan, si corresponde.</w:t>
            </w:r>
          </w:p>
        </w:tc>
      </w:tr>
    </w:tbl>
    <w:p w14:paraId="001AD573" w14:textId="77777777" w:rsidR="00C77F4F" w:rsidRPr="00377B42" w:rsidRDefault="00C77F4F">
      <w:pPr>
        <w:spacing w:after="40"/>
        <w:rPr>
          <w:lang w:val="es-P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77F4F" w:rsidRPr="00CF687B" w14:paraId="58F38654" w14:textId="77777777" w:rsidTr="00377B42">
        <w:trPr>
          <w:cantSplit/>
          <w:trHeight w:val="127"/>
          <w:jc w:val="center"/>
        </w:trPr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0F9E8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B5666" w14:textId="77777777" w:rsidR="00C77F4F" w:rsidRDefault="00A85FE3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53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AF7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E54AF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b/>
                <w:color w:val="24323D"/>
                <w:lang w:val="es-PE"/>
              </w:rPr>
              <w:t>CONTROL Y SEGUIMIENTO INTERNO (uso de la organización)</w:t>
            </w:r>
          </w:p>
        </w:tc>
      </w:tr>
    </w:tbl>
    <w:p w14:paraId="11752CAB" w14:textId="77777777" w:rsidR="00C77F4F" w:rsidRPr="00377B42" w:rsidRDefault="00C77F4F">
      <w:pPr>
        <w:spacing w:after="20"/>
        <w:rPr>
          <w:lang w:val="es-P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704"/>
      </w:tblGrid>
      <w:tr w:rsidR="00C77F4F" w14:paraId="6C1EC21A" w14:textId="77777777" w:rsidTr="00377B42">
        <w:trPr>
          <w:cantSplit/>
          <w:trHeight w:val="223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F6207" w14:textId="77777777" w:rsidR="00C77F4F" w:rsidRPr="00A85FE3" w:rsidRDefault="00A85FE3">
            <w:pPr>
              <w:rPr>
                <w:sz w:val="17"/>
                <w:szCs w:val="17"/>
              </w:rPr>
            </w:pPr>
            <w:proofErr w:type="gramStart"/>
            <w:r w:rsidRPr="00A85FE3">
              <w:rPr>
                <w:b/>
                <w:color w:val="24323D"/>
                <w:sz w:val="17"/>
                <w:szCs w:val="17"/>
              </w:rPr>
              <w:t>N.º</w:t>
            </w:r>
            <w:proofErr w:type="gramEnd"/>
            <w:r w:rsidRPr="00A85FE3">
              <w:rPr>
                <w:b/>
                <w:color w:val="24323D"/>
                <w:sz w:val="17"/>
                <w:szCs w:val="17"/>
              </w:rPr>
              <w:t xml:space="preserve"> DE REGISTRO: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09271" w14:textId="77777777" w:rsidR="00C77F4F" w:rsidRDefault="00A85FE3">
            <w:r>
              <w:rPr>
                <w:i/>
                <w:color w:val="7A858D"/>
                <w:sz w:val="16"/>
              </w:rPr>
              <w:t>Registrar número correlativo</w:t>
            </w:r>
          </w:p>
        </w:tc>
      </w:tr>
      <w:tr w:rsidR="00C77F4F" w:rsidRPr="00CF687B" w14:paraId="26B50C74" w14:textId="77777777" w:rsidTr="00377B42">
        <w:trPr>
          <w:cantSplit/>
          <w:trHeight w:val="243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96377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FECHA DE RECEPCIÓN: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9CE88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Ingrese la fecha de recepción</w:t>
            </w:r>
          </w:p>
        </w:tc>
      </w:tr>
      <w:tr w:rsidR="00C77F4F" w:rsidRPr="00CF687B" w14:paraId="6508BCDA" w14:textId="77777777" w:rsidTr="00377B42">
        <w:trPr>
          <w:cantSplit/>
          <w:trHeight w:val="250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B77D7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FECHA DE RESPUESTA INICIAL: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12155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Registrar la fecha de la respuesta inicial (hasta el tercer día de recibida la queja o apelación).</w:t>
            </w:r>
          </w:p>
        </w:tc>
      </w:tr>
      <w:tr w:rsidR="00C77F4F" w:rsidRPr="00CF687B" w14:paraId="760FDD82" w14:textId="77777777" w:rsidTr="00377B42">
        <w:trPr>
          <w:cantSplit/>
          <w:trHeight w:val="227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1E485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ÁREA RESPONSABLE: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87651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Indique el área responsable de atender la solicitud.</w:t>
            </w:r>
          </w:p>
        </w:tc>
      </w:tr>
      <w:tr w:rsidR="00C77F4F" w:rsidRPr="00CF687B" w14:paraId="53C70A03" w14:textId="77777777" w:rsidTr="00377B42">
        <w:trPr>
          <w:cantSplit/>
          <w:trHeight w:val="247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1CD7E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ACCIONES REALIZADAS: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551FD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Detalle las acciones realizadas frente a la queja o apelación.</w:t>
            </w:r>
          </w:p>
        </w:tc>
      </w:tr>
      <w:tr w:rsidR="00C77F4F" w:rsidRPr="00CF687B" w14:paraId="1C493686" w14:textId="77777777" w:rsidTr="00377B42">
        <w:trPr>
          <w:cantSplit/>
          <w:trHeight w:val="395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7EA49" w14:textId="77777777" w:rsidR="00C77F4F" w:rsidRPr="00377B42" w:rsidRDefault="00A85FE3">
            <w:pPr>
              <w:rPr>
                <w:sz w:val="17"/>
                <w:szCs w:val="17"/>
                <w:lang w:val="es-PE"/>
              </w:rPr>
            </w:pPr>
            <w:r w:rsidRPr="00377B42">
              <w:rPr>
                <w:b/>
                <w:color w:val="24323D"/>
                <w:sz w:val="17"/>
                <w:szCs w:val="17"/>
                <w:lang w:val="es-PE"/>
              </w:rPr>
              <w:t>FECHA DE RESPUESTA AL SOLICITANTE: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3BA27" w14:textId="77777777" w:rsidR="00C77F4F" w:rsidRPr="00377B42" w:rsidRDefault="00A85FE3">
            <w:pPr>
              <w:rPr>
                <w:lang w:val="es-PE"/>
              </w:rPr>
            </w:pPr>
            <w:r w:rsidRPr="00377B42">
              <w:rPr>
                <w:i/>
                <w:color w:val="7A858D"/>
                <w:sz w:val="16"/>
                <w:lang w:val="es-PE"/>
              </w:rPr>
              <w:t>Ingrese la fecha de respuesta al solicitante</w:t>
            </w:r>
          </w:p>
        </w:tc>
      </w:tr>
      <w:tr w:rsidR="00C77F4F" w14:paraId="74BABB23" w14:textId="77777777" w:rsidTr="00377B42">
        <w:trPr>
          <w:cantSplit/>
          <w:trHeight w:val="248"/>
          <w:jc w:val="center"/>
        </w:trPr>
        <w:tc>
          <w:tcPr>
            <w:tcW w:w="2952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shd w:val="clear" w:color="auto" w:fill="EEF6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D69AD" w14:textId="77777777" w:rsidR="00C77F4F" w:rsidRPr="00A85FE3" w:rsidRDefault="00A85FE3">
            <w:pPr>
              <w:rPr>
                <w:sz w:val="17"/>
                <w:szCs w:val="17"/>
              </w:rPr>
            </w:pPr>
            <w:r w:rsidRPr="00A85FE3">
              <w:rPr>
                <w:b/>
                <w:color w:val="24323D"/>
                <w:sz w:val="17"/>
                <w:szCs w:val="17"/>
              </w:rPr>
              <w:t>ESTADO:</w:t>
            </w:r>
          </w:p>
        </w:tc>
        <w:tc>
          <w:tcPr>
            <w:tcW w:w="7704" w:type="dxa"/>
            <w:tcBorders>
              <w:top w:val="single" w:sz="8" w:space="0" w:color="9BA7AD"/>
              <w:left w:val="single" w:sz="8" w:space="0" w:color="9BA7AD"/>
              <w:bottom w:val="single" w:sz="8" w:space="0" w:color="9BA7AD"/>
              <w:right w:val="single" w:sz="8" w:space="0" w:color="9BA7A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BF820" w14:textId="5ECBEF23" w:rsidR="00C77F4F" w:rsidRDefault="00A85FE3">
            <w:r>
              <w:rPr>
                <w:color w:val="24323D"/>
                <w:sz w:val="17"/>
              </w:rPr>
              <w:t xml:space="preserve"> Abierta / En proceso / Cerrada</w:t>
            </w:r>
          </w:p>
        </w:tc>
      </w:tr>
    </w:tbl>
    <w:p w14:paraId="3AAA33E9" w14:textId="77777777" w:rsidR="00C77F4F" w:rsidRDefault="00C77F4F">
      <w:pPr>
        <w:spacing w:before="4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1152"/>
        <w:gridCol w:w="4536"/>
      </w:tblGrid>
      <w:tr w:rsidR="00C77F4F" w14:paraId="4E2CF646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10" w:space="0" w:color="9BA7AD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48824" w14:textId="77777777" w:rsidR="00A85FE3" w:rsidRDefault="00A85FE3"/>
          <w:p w14:paraId="4D97B6AB" w14:textId="77777777" w:rsidR="00A85FE3" w:rsidRDefault="00A85FE3"/>
          <w:p w14:paraId="68272CCF" w14:textId="77777777" w:rsidR="00A85FE3" w:rsidRDefault="00A85FE3"/>
          <w:p w14:paraId="076C313C" w14:textId="77777777" w:rsidR="00A85FE3" w:rsidRDefault="00A85FE3"/>
          <w:p w14:paraId="6CB75C9A" w14:textId="77777777" w:rsidR="00A85FE3" w:rsidRDefault="00A85FE3"/>
          <w:p w14:paraId="2C8B3749" w14:textId="77777777" w:rsidR="00A85FE3" w:rsidRDefault="00A85FE3"/>
          <w:p w14:paraId="2E9657C6" w14:textId="5168622D" w:rsidR="00A85FE3" w:rsidRDefault="00A85FE3"/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21082" w14:textId="77777777" w:rsidR="00C77F4F" w:rsidRDefault="00C77F4F"/>
        </w:tc>
        <w:tc>
          <w:tcPr>
            <w:tcW w:w="4536" w:type="dxa"/>
            <w:tcBorders>
              <w:top w:val="nil"/>
              <w:left w:val="nil"/>
              <w:bottom w:val="single" w:sz="10" w:space="0" w:color="9BA7AD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0334D" w14:textId="77777777" w:rsidR="00C77F4F" w:rsidRDefault="00C77F4F"/>
        </w:tc>
      </w:tr>
      <w:tr w:rsidR="00C77F4F" w14:paraId="3D9A69F8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0CB73" w14:textId="77777777" w:rsidR="00C77F4F" w:rsidRDefault="00A85FE3">
            <w:pPr>
              <w:jc w:val="center"/>
            </w:pPr>
            <w:r>
              <w:rPr>
                <w:b/>
                <w:color w:val="24323D"/>
                <w:sz w:val="17"/>
              </w:rPr>
              <w:t>Firma del solicitante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9C376" w14:textId="77777777" w:rsidR="00C77F4F" w:rsidRDefault="00C77F4F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C40B0" w14:textId="77777777" w:rsidR="00C77F4F" w:rsidRDefault="00A85FE3">
            <w:pPr>
              <w:jc w:val="center"/>
            </w:pPr>
            <w:r>
              <w:rPr>
                <w:b/>
                <w:color w:val="24323D"/>
                <w:sz w:val="17"/>
              </w:rPr>
              <w:t>Firma del responsable</w:t>
            </w:r>
          </w:p>
        </w:tc>
      </w:tr>
    </w:tbl>
    <w:p w14:paraId="67E01440" w14:textId="77777777" w:rsidR="00366E8B" w:rsidRDefault="00366E8B"/>
    <w:sectPr w:rsidR="00366E8B" w:rsidSect="00377B42">
      <w:footerReference w:type="default" r:id="rId15"/>
      <w:pgSz w:w="12240" w:h="15840"/>
      <w:pgMar w:top="605" w:right="792" w:bottom="284" w:left="79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49AFA" w14:textId="77777777" w:rsidR="00366E8B" w:rsidRDefault="00A85FE3">
      <w:r>
        <w:separator/>
      </w:r>
    </w:p>
  </w:endnote>
  <w:endnote w:type="continuationSeparator" w:id="0">
    <w:p w14:paraId="090B2650" w14:textId="77777777" w:rsidR="00366E8B" w:rsidRDefault="00A8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058C" w14:textId="77777777" w:rsidR="00C77F4F" w:rsidRPr="00377B42" w:rsidRDefault="00A85FE3">
    <w:pPr>
      <w:pStyle w:val="Piedepgina"/>
      <w:jc w:val="center"/>
      <w:rPr>
        <w:lang w:val="es-PE"/>
      </w:rPr>
    </w:pPr>
    <w:r w:rsidRPr="00377B42">
      <w:rPr>
        <w:color w:val="7A858D"/>
        <w:sz w:val="14"/>
        <w:lang w:val="es-PE"/>
      </w:rPr>
      <w:t xml:space="preserve">Global ISO </w:t>
    </w:r>
    <w:proofErr w:type="gramStart"/>
    <w:r w:rsidRPr="00377B42">
      <w:rPr>
        <w:color w:val="7A858D"/>
        <w:sz w:val="14"/>
        <w:lang w:val="es-PE"/>
      </w:rPr>
      <w:t>Consulting  •</w:t>
    </w:r>
    <w:proofErr w:type="gramEnd"/>
    <w:r w:rsidRPr="00377B42">
      <w:rPr>
        <w:color w:val="7A858D"/>
        <w:sz w:val="14"/>
        <w:lang w:val="es-PE"/>
      </w:rPr>
      <w:t xml:space="preserve">  Formato de atención de quejas y apelaciones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F484E" w14:textId="77777777" w:rsidR="00366E8B" w:rsidRDefault="00A85FE3">
      <w:r>
        <w:separator/>
      </w:r>
    </w:p>
  </w:footnote>
  <w:footnote w:type="continuationSeparator" w:id="0">
    <w:p w14:paraId="19233C17" w14:textId="77777777" w:rsidR="00366E8B" w:rsidRDefault="00A85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E8B"/>
    <w:rsid w:val="00377B42"/>
    <w:rsid w:val="00A85FE3"/>
    <w:rsid w:val="00AA1D8D"/>
    <w:rsid w:val="00B47730"/>
    <w:rsid w:val="00C77F4F"/>
    <w:rsid w:val="00CB0664"/>
    <w:rsid w:val="00CF68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;"/>
  <w14:docId w14:val="5C6BF893"/>
  <w14:defaultImageDpi w14:val="300"/>
  <w15:docId w15:val="{B1822EF1-4EF1-4D49-A536-4FBFEAC2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Quejas y Apelaciones - Global ISO Consulting</dc:title>
  <dc:subject>Formato adaptado para Global ISO Consulting</dc:subject>
  <dc:creator>Global ISO Consulting</dc:creator>
  <cp:keywords>quejas, apelaciones, gestión, seguimiento</cp:keywords>
  <dc:description>generated by python-docx</dc:description>
  <cp:lastModifiedBy>Marketing</cp:lastModifiedBy>
  <cp:revision>4</cp:revision>
  <dcterms:created xsi:type="dcterms:W3CDTF">2013-12-23T23:15:00Z</dcterms:created>
  <dcterms:modified xsi:type="dcterms:W3CDTF">2026-08-25T13:42:00Z</dcterms:modified>
  <cp:category/>
</cp:coreProperties>
</file>